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1DB3A" w14:textId="445EBD4C" w:rsidR="00C474E6" w:rsidRDefault="00AE0184">
      <w:pPr>
        <w:jc w:val="center"/>
      </w:pPr>
      <w:r>
        <w:rPr>
          <w:b/>
          <w:noProof/>
          <w:sz w:val="24"/>
        </w:rPr>
        <w:drawing>
          <wp:anchor distT="0" distB="0" distL="114300" distR="114300" simplePos="0" relativeHeight="251659264" behindDoc="0" locked="0" layoutInCell="1" allowOverlap="1" wp14:anchorId="4E390E02" wp14:editId="52E418E0">
            <wp:simplePos x="0" y="0"/>
            <wp:positionH relativeFrom="column">
              <wp:posOffset>5232400</wp:posOffset>
            </wp:positionH>
            <wp:positionV relativeFrom="paragraph">
              <wp:posOffset>-92710</wp:posOffset>
            </wp:positionV>
            <wp:extent cx="1365885" cy="1237615"/>
            <wp:effectExtent l="0" t="0" r="571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2997AE5" wp14:editId="3971CB6B">
            <wp:simplePos x="0" y="0"/>
            <wp:positionH relativeFrom="column">
              <wp:posOffset>346075</wp:posOffset>
            </wp:positionH>
            <wp:positionV relativeFrom="paragraph">
              <wp:posOffset>-1270</wp:posOffset>
            </wp:positionV>
            <wp:extent cx="1040765" cy="1146175"/>
            <wp:effectExtent l="0" t="0" r="6985" b="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76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D695D">
        <w:rPr>
          <w:b/>
          <w:sz w:val="24"/>
        </w:rPr>
        <w:t>PEMERINTAH PROVINSI RIAU</w:t>
      </w:r>
      <w:r w:rsidR="004D695D">
        <w:rPr>
          <w:b/>
          <w:sz w:val="24"/>
        </w:rPr>
        <w:br/>
        <w:t>DINAS PENDIDIKAN</w:t>
      </w:r>
      <w:r w:rsidR="004D695D">
        <w:rPr>
          <w:b/>
          <w:sz w:val="24"/>
        </w:rPr>
        <w:br/>
        <w:t>SMAN BINSUS KOTA DUMAI</w:t>
      </w:r>
    </w:p>
    <w:p w14:paraId="51440A2C" w14:textId="77777777" w:rsidR="00C474E6" w:rsidRDefault="004D695D">
      <w:pPr>
        <w:jc w:val="center"/>
      </w:pPr>
      <w:r>
        <w:rPr>
          <w:b/>
          <w:sz w:val="28"/>
        </w:rPr>
        <w:t>FORMULIR PENGADUAN</w:t>
      </w:r>
      <w:r>
        <w:rPr>
          <w:b/>
          <w:sz w:val="28"/>
        </w:rPr>
        <w:br/>
        <w:t>PPID SULUH SMAN BINSUS KOTA DUMAI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32"/>
        <w:gridCol w:w="2634"/>
        <w:gridCol w:w="2632"/>
        <w:gridCol w:w="2632"/>
      </w:tblGrid>
      <w:tr w:rsidR="00C474E6" w14:paraId="7DEA2B5B" w14:textId="77777777">
        <w:trPr>
          <w:jc w:val="center"/>
        </w:trPr>
        <w:tc>
          <w:tcPr>
            <w:tcW w:w="2635" w:type="dxa"/>
            <w:vAlign w:val="center"/>
          </w:tcPr>
          <w:p w14:paraId="3A472C7A" w14:textId="77777777" w:rsidR="00C474E6" w:rsidRDefault="004D695D">
            <w:r>
              <w:rPr>
                <w:b/>
              </w:rPr>
              <w:t>Nomor Pengaduan</w:t>
            </w:r>
          </w:p>
        </w:tc>
        <w:tc>
          <w:tcPr>
            <w:tcW w:w="2635" w:type="dxa"/>
            <w:vAlign w:val="center"/>
          </w:tcPr>
          <w:p w14:paraId="57820CC6" w14:textId="77777777" w:rsidR="00C474E6" w:rsidRDefault="004D695D">
            <w:r>
              <w:t>................................</w:t>
            </w:r>
          </w:p>
        </w:tc>
        <w:tc>
          <w:tcPr>
            <w:tcW w:w="2635" w:type="dxa"/>
            <w:vAlign w:val="center"/>
          </w:tcPr>
          <w:p w14:paraId="3330FA92" w14:textId="77777777" w:rsidR="00C474E6" w:rsidRDefault="004D695D">
            <w:r>
              <w:rPr>
                <w:b/>
              </w:rPr>
              <w:t>Tanggal</w:t>
            </w:r>
          </w:p>
        </w:tc>
        <w:tc>
          <w:tcPr>
            <w:tcW w:w="2635" w:type="dxa"/>
            <w:vAlign w:val="center"/>
          </w:tcPr>
          <w:p w14:paraId="7909896E" w14:textId="77777777" w:rsidR="00C474E6" w:rsidRDefault="004D695D">
            <w:r>
              <w:t>.... / .... / ........</w:t>
            </w:r>
          </w:p>
        </w:tc>
      </w:tr>
      <w:tr w:rsidR="00C474E6" w14:paraId="22AF6351" w14:textId="77777777">
        <w:trPr>
          <w:jc w:val="center"/>
        </w:trPr>
        <w:tc>
          <w:tcPr>
            <w:tcW w:w="2635" w:type="dxa"/>
            <w:vAlign w:val="center"/>
          </w:tcPr>
          <w:p w14:paraId="1B8E3F91" w14:textId="77777777" w:rsidR="00C474E6" w:rsidRDefault="004D695D">
            <w:r>
              <w:rPr>
                <w:b/>
              </w:rPr>
              <w:t>Media Pengaduan</w:t>
            </w:r>
          </w:p>
        </w:tc>
        <w:tc>
          <w:tcPr>
            <w:tcW w:w="2635" w:type="dxa"/>
            <w:vAlign w:val="center"/>
          </w:tcPr>
          <w:p w14:paraId="3B295ABE" w14:textId="77777777" w:rsidR="00C474E6" w:rsidRDefault="004D695D">
            <w:r>
              <w:t>☐ Langsung   ☐ Online</w:t>
            </w:r>
          </w:p>
        </w:tc>
        <w:tc>
          <w:tcPr>
            <w:tcW w:w="2635" w:type="dxa"/>
            <w:vAlign w:val="center"/>
          </w:tcPr>
          <w:p w14:paraId="3C8B0649" w14:textId="77777777" w:rsidR="00C474E6" w:rsidRDefault="004D695D">
            <w:r>
              <w:rPr>
                <w:b/>
              </w:rPr>
              <w:t>Status</w:t>
            </w:r>
          </w:p>
        </w:tc>
        <w:tc>
          <w:tcPr>
            <w:tcW w:w="2635" w:type="dxa"/>
            <w:vAlign w:val="center"/>
          </w:tcPr>
          <w:p w14:paraId="6DD8CC3A" w14:textId="77777777" w:rsidR="00B63DA3" w:rsidRDefault="004D695D">
            <w:r>
              <w:t xml:space="preserve">☐ Baru   ☐ Diproses   </w:t>
            </w:r>
          </w:p>
          <w:p w14:paraId="3C7D0180" w14:textId="54236B50" w:rsidR="00C474E6" w:rsidRDefault="004D695D">
            <w:r>
              <w:t>☐ Selesai</w:t>
            </w:r>
          </w:p>
        </w:tc>
      </w:tr>
    </w:tbl>
    <w:p w14:paraId="3D81EFC5" w14:textId="0DDD77BF" w:rsidR="00C474E6" w:rsidRDefault="004D695D">
      <w:pPr>
        <w:spacing w:before="100" w:after="60"/>
      </w:pPr>
      <w:r>
        <w:rPr>
          <w:b/>
          <w:sz w:val="22"/>
        </w:rPr>
        <w:t>IDENTITAS PENGADU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6"/>
        <w:gridCol w:w="5264"/>
      </w:tblGrid>
      <w:tr w:rsidR="00C474E6" w14:paraId="4EB554C3" w14:textId="77777777">
        <w:tc>
          <w:tcPr>
            <w:tcW w:w="5270" w:type="dxa"/>
            <w:vAlign w:val="center"/>
          </w:tcPr>
          <w:p w14:paraId="3CD82E23" w14:textId="77777777" w:rsidR="00C474E6" w:rsidRDefault="004D695D">
            <w:r>
              <w:rPr>
                <w:b/>
              </w:rPr>
              <w:t>Nama Lengkap</w:t>
            </w:r>
          </w:p>
        </w:tc>
        <w:tc>
          <w:tcPr>
            <w:tcW w:w="5270" w:type="dxa"/>
            <w:vAlign w:val="center"/>
          </w:tcPr>
          <w:p w14:paraId="4C6EB8D3" w14:textId="77777777" w:rsidR="00C474E6" w:rsidRDefault="00C474E6"/>
        </w:tc>
      </w:tr>
      <w:tr w:rsidR="00C474E6" w14:paraId="0272199F" w14:textId="77777777">
        <w:tc>
          <w:tcPr>
            <w:tcW w:w="5270" w:type="dxa"/>
            <w:vAlign w:val="center"/>
          </w:tcPr>
          <w:p w14:paraId="1D819C13" w14:textId="77777777" w:rsidR="00C474E6" w:rsidRDefault="004D695D">
            <w:r>
              <w:rPr>
                <w:b/>
              </w:rPr>
              <w:t>NIK/Identitas</w:t>
            </w:r>
          </w:p>
        </w:tc>
        <w:tc>
          <w:tcPr>
            <w:tcW w:w="5270" w:type="dxa"/>
            <w:vAlign w:val="center"/>
          </w:tcPr>
          <w:p w14:paraId="104D5993" w14:textId="77777777" w:rsidR="00C474E6" w:rsidRDefault="00C474E6"/>
        </w:tc>
      </w:tr>
      <w:tr w:rsidR="00C474E6" w14:paraId="4E03245B" w14:textId="77777777">
        <w:tc>
          <w:tcPr>
            <w:tcW w:w="5270" w:type="dxa"/>
            <w:vAlign w:val="center"/>
          </w:tcPr>
          <w:p w14:paraId="6E4DAB98" w14:textId="77777777" w:rsidR="00C474E6" w:rsidRDefault="004D695D">
            <w:r>
              <w:rPr>
                <w:b/>
              </w:rPr>
              <w:t>Nomor HP/WhatsApp</w:t>
            </w:r>
          </w:p>
        </w:tc>
        <w:tc>
          <w:tcPr>
            <w:tcW w:w="5270" w:type="dxa"/>
            <w:vAlign w:val="center"/>
          </w:tcPr>
          <w:p w14:paraId="34BCE753" w14:textId="77777777" w:rsidR="00C474E6" w:rsidRDefault="00C474E6"/>
        </w:tc>
      </w:tr>
      <w:tr w:rsidR="00C474E6" w14:paraId="16D0278D" w14:textId="77777777">
        <w:tc>
          <w:tcPr>
            <w:tcW w:w="5270" w:type="dxa"/>
            <w:vAlign w:val="center"/>
          </w:tcPr>
          <w:p w14:paraId="6996A2A7" w14:textId="77777777" w:rsidR="00C474E6" w:rsidRDefault="004D695D">
            <w:r>
              <w:rPr>
                <w:b/>
              </w:rPr>
              <w:t>Email (jika ada)</w:t>
            </w:r>
          </w:p>
        </w:tc>
        <w:tc>
          <w:tcPr>
            <w:tcW w:w="5270" w:type="dxa"/>
            <w:vAlign w:val="center"/>
          </w:tcPr>
          <w:p w14:paraId="52EADA93" w14:textId="77777777" w:rsidR="00C474E6" w:rsidRDefault="00C474E6"/>
        </w:tc>
      </w:tr>
      <w:tr w:rsidR="00C474E6" w14:paraId="1928F2C3" w14:textId="77777777">
        <w:tc>
          <w:tcPr>
            <w:tcW w:w="5270" w:type="dxa"/>
            <w:vAlign w:val="center"/>
          </w:tcPr>
          <w:p w14:paraId="4A8A0026" w14:textId="77777777" w:rsidR="00C474E6" w:rsidRDefault="004D695D">
            <w:r>
              <w:rPr>
                <w:b/>
              </w:rPr>
              <w:t>Alamat</w:t>
            </w:r>
          </w:p>
        </w:tc>
        <w:tc>
          <w:tcPr>
            <w:tcW w:w="5270" w:type="dxa"/>
            <w:vAlign w:val="center"/>
          </w:tcPr>
          <w:p w14:paraId="2B3486ED" w14:textId="77777777" w:rsidR="00C474E6" w:rsidRDefault="004D695D">
            <w:r>
              <w:br/>
            </w:r>
          </w:p>
        </w:tc>
      </w:tr>
    </w:tbl>
    <w:p w14:paraId="52F5F350" w14:textId="71BAA8B3" w:rsidR="00C474E6" w:rsidRDefault="004D695D">
      <w:pPr>
        <w:spacing w:before="100" w:after="60"/>
      </w:pPr>
      <w:r>
        <w:rPr>
          <w:b/>
          <w:sz w:val="22"/>
        </w:rPr>
        <w:t>ISI PENGADUAN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5"/>
        <w:gridCol w:w="5265"/>
      </w:tblGrid>
      <w:tr w:rsidR="00C474E6" w14:paraId="7189F1A6" w14:textId="77777777">
        <w:tc>
          <w:tcPr>
            <w:tcW w:w="5270" w:type="dxa"/>
            <w:vAlign w:val="center"/>
          </w:tcPr>
          <w:p w14:paraId="4084210C" w14:textId="77777777" w:rsidR="00C474E6" w:rsidRDefault="004D695D">
            <w:r>
              <w:rPr>
                <w:b/>
              </w:rPr>
              <w:t>Jenis Pengaduan</w:t>
            </w:r>
          </w:p>
        </w:tc>
        <w:tc>
          <w:tcPr>
            <w:tcW w:w="5270" w:type="dxa"/>
            <w:vAlign w:val="center"/>
          </w:tcPr>
          <w:p w14:paraId="27F4B329" w14:textId="77777777" w:rsidR="00C474E6" w:rsidRDefault="004D695D">
            <w:r>
              <w:t>☐ Pelayanan Informasi Publik   ☐ Permohonan Informasi   ☐ Keberatan   ☐ Lainnya: __________</w:t>
            </w:r>
          </w:p>
        </w:tc>
      </w:tr>
      <w:tr w:rsidR="00C474E6" w14:paraId="787001AB" w14:textId="77777777">
        <w:tc>
          <w:tcPr>
            <w:tcW w:w="5270" w:type="dxa"/>
            <w:vAlign w:val="center"/>
          </w:tcPr>
          <w:p w14:paraId="540871A1" w14:textId="77777777" w:rsidR="00C474E6" w:rsidRDefault="004D695D">
            <w:r>
              <w:rPr>
                <w:b/>
              </w:rPr>
              <w:t>Uraian Pengaduan</w:t>
            </w:r>
          </w:p>
        </w:tc>
        <w:tc>
          <w:tcPr>
            <w:tcW w:w="5270" w:type="dxa"/>
            <w:vAlign w:val="center"/>
          </w:tcPr>
          <w:p w14:paraId="62FBFEEF" w14:textId="77777777" w:rsidR="00C474E6" w:rsidRDefault="004D695D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7BFCFE12" w14:textId="6AA2B9B6" w:rsidR="00C474E6" w:rsidRDefault="004D695D">
      <w:pPr>
        <w:spacing w:before="100" w:after="60"/>
      </w:pPr>
      <w:r>
        <w:rPr>
          <w:b/>
          <w:sz w:val="22"/>
        </w:rPr>
        <w:t>BUKTI PENDUKUNG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6"/>
        <w:gridCol w:w="5264"/>
      </w:tblGrid>
      <w:tr w:rsidR="00C474E6" w14:paraId="26B47203" w14:textId="77777777">
        <w:tc>
          <w:tcPr>
            <w:tcW w:w="5270" w:type="dxa"/>
            <w:vAlign w:val="center"/>
          </w:tcPr>
          <w:p w14:paraId="33ABE99B" w14:textId="77777777" w:rsidR="00C474E6" w:rsidRDefault="004D695D">
            <w:r>
              <w:rPr>
                <w:b/>
              </w:rPr>
              <w:t>Bukti/Dokumen</w:t>
            </w:r>
          </w:p>
        </w:tc>
        <w:tc>
          <w:tcPr>
            <w:tcW w:w="5270" w:type="dxa"/>
            <w:vAlign w:val="center"/>
          </w:tcPr>
          <w:p w14:paraId="652DBCE4" w14:textId="77777777" w:rsidR="00C474E6" w:rsidRDefault="004D695D">
            <w:r>
              <w:t>☐ Ada   ☐ Tidak Ada</w:t>
            </w:r>
          </w:p>
        </w:tc>
      </w:tr>
      <w:tr w:rsidR="00C474E6" w14:paraId="3350D152" w14:textId="77777777">
        <w:tc>
          <w:tcPr>
            <w:tcW w:w="5270" w:type="dxa"/>
            <w:vAlign w:val="center"/>
          </w:tcPr>
          <w:p w14:paraId="7386A83D" w14:textId="77777777" w:rsidR="00C474E6" w:rsidRDefault="004D695D">
            <w:r>
              <w:rPr>
                <w:b/>
              </w:rPr>
              <w:t>Keterangan/Lampiran</w:t>
            </w:r>
          </w:p>
        </w:tc>
        <w:tc>
          <w:tcPr>
            <w:tcW w:w="5270" w:type="dxa"/>
            <w:vAlign w:val="center"/>
          </w:tcPr>
          <w:p w14:paraId="0FF1337C" w14:textId="77777777" w:rsidR="00C474E6" w:rsidRDefault="004D695D">
            <w:r>
              <w:br/>
            </w:r>
            <w:r>
              <w:br/>
            </w:r>
          </w:p>
        </w:tc>
      </w:tr>
    </w:tbl>
    <w:p w14:paraId="3E7B1640" w14:textId="57FE3BC7" w:rsidR="00C474E6" w:rsidRDefault="004D695D">
      <w:pPr>
        <w:spacing w:before="100" w:after="60"/>
      </w:pPr>
      <w:r>
        <w:rPr>
          <w:b/>
          <w:sz w:val="22"/>
        </w:rPr>
        <w:t>HARAPAN / TINDAK LANJUT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30"/>
      </w:tblGrid>
      <w:tr w:rsidR="00C474E6" w14:paraId="1B7B7E16" w14:textId="77777777">
        <w:tc>
          <w:tcPr>
            <w:tcW w:w="10540" w:type="dxa"/>
            <w:vAlign w:val="center"/>
          </w:tcPr>
          <w:p w14:paraId="13115877" w14:textId="77777777" w:rsidR="00C474E6" w:rsidRDefault="004D695D">
            <w:r>
              <w:br/>
            </w:r>
            <w:r>
              <w:br/>
            </w:r>
            <w:r>
              <w:br/>
            </w:r>
          </w:p>
        </w:tc>
      </w:tr>
    </w:tbl>
    <w:p w14:paraId="6BA0D5F3" w14:textId="145EC72F" w:rsidR="00C474E6" w:rsidRDefault="004D695D">
      <w:pPr>
        <w:spacing w:before="100" w:after="60"/>
      </w:pPr>
      <w:r>
        <w:rPr>
          <w:b/>
          <w:sz w:val="22"/>
        </w:rPr>
        <w:t>PERNYATAAN PENGADU</w:t>
      </w:r>
    </w:p>
    <w:p w14:paraId="143CC1D1" w14:textId="77777777" w:rsidR="00C474E6" w:rsidRDefault="004D695D">
      <w:pPr>
        <w:spacing w:after="80"/>
      </w:pPr>
      <w:r>
        <w:t>Saya menyampaikan pengaduan ini dengan sebenar-benarnya dan bersedia memberikan keterangan tambahan apabila diperlukan.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5"/>
        <w:gridCol w:w="5265"/>
      </w:tblGrid>
      <w:tr w:rsidR="00C474E6" w14:paraId="67CEB6C6" w14:textId="77777777">
        <w:tc>
          <w:tcPr>
            <w:tcW w:w="5270" w:type="dxa"/>
            <w:vAlign w:val="center"/>
          </w:tcPr>
          <w:p w14:paraId="79E4302F" w14:textId="77777777" w:rsidR="00C474E6" w:rsidRDefault="004D695D">
            <w:r>
              <w:rPr>
                <w:b/>
              </w:rPr>
              <w:t>Dumai, ................. 20....</w:t>
            </w:r>
            <w:r>
              <w:rPr>
                <w:b/>
              </w:rPr>
              <w:br/>
              <w:t>Pengadu,</w:t>
            </w:r>
          </w:p>
        </w:tc>
        <w:tc>
          <w:tcPr>
            <w:tcW w:w="5270" w:type="dxa"/>
            <w:vAlign w:val="center"/>
          </w:tcPr>
          <w:p w14:paraId="4219834B" w14:textId="77777777" w:rsidR="00C474E6" w:rsidRDefault="004D695D">
            <w:r>
              <w:rPr>
                <w:b/>
              </w:rPr>
              <w:t>Diterima oleh Petugas PPID,</w:t>
            </w:r>
          </w:p>
        </w:tc>
      </w:tr>
      <w:tr w:rsidR="00C474E6" w14:paraId="57EE298D" w14:textId="77777777">
        <w:tc>
          <w:tcPr>
            <w:tcW w:w="5270" w:type="dxa"/>
            <w:vAlign w:val="center"/>
          </w:tcPr>
          <w:p w14:paraId="0046C4AB" w14:textId="77777777" w:rsidR="00C474E6" w:rsidRDefault="004D695D">
            <w:r>
              <w:br/>
            </w:r>
            <w:r>
              <w:br/>
            </w:r>
            <w:r>
              <w:br/>
              <w:t>(........................................)</w:t>
            </w:r>
          </w:p>
        </w:tc>
        <w:tc>
          <w:tcPr>
            <w:tcW w:w="5270" w:type="dxa"/>
            <w:vAlign w:val="center"/>
          </w:tcPr>
          <w:p w14:paraId="35F37577" w14:textId="77777777" w:rsidR="00C474E6" w:rsidRDefault="004D695D">
            <w:r>
              <w:br/>
            </w:r>
            <w:r>
              <w:br/>
            </w:r>
            <w:r>
              <w:br/>
              <w:t>(........................................)</w:t>
            </w:r>
          </w:p>
        </w:tc>
      </w:tr>
    </w:tbl>
    <w:p w14:paraId="66BCEDD9" w14:textId="0E882596" w:rsidR="00C474E6" w:rsidRDefault="004D695D">
      <w:pPr>
        <w:spacing w:before="100" w:after="60"/>
      </w:pPr>
      <w:bookmarkStart w:id="0" w:name="_GoBack"/>
      <w:bookmarkEnd w:id="0"/>
      <w:r>
        <w:rPr>
          <w:b/>
          <w:sz w:val="22"/>
        </w:rPr>
        <w:t>DIISI OLEH PETUGAS PPID SULUH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5"/>
        <w:gridCol w:w="5265"/>
      </w:tblGrid>
      <w:tr w:rsidR="00C474E6" w14:paraId="32F3C14C" w14:textId="77777777">
        <w:tc>
          <w:tcPr>
            <w:tcW w:w="5270" w:type="dxa"/>
            <w:vAlign w:val="center"/>
          </w:tcPr>
          <w:p w14:paraId="78FD7FAF" w14:textId="77777777" w:rsidR="00C474E6" w:rsidRDefault="004D695D">
            <w:r>
              <w:rPr>
                <w:b/>
              </w:rPr>
              <w:t>Tanggal Diterima</w:t>
            </w:r>
          </w:p>
        </w:tc>
        <w:tc>
          <w:tcPr>
            <w:tcW w:w="5270" w:type="dxa"/>
            <w:vAlign w:val="center"/>
          </w:tcPr>
          <w:p w14:paraId="30186552" w14:textId="77777777" w:rsidR="00C474E6" w:rsidRDefault="004D695D">
            <w:r>
              <w:t>.... / .... / ........</w:t>
            </w:r>
          </w:p>
        </w:tc>
      </w:tr>
      <w:tr w:rsidR="00C474E6" w14:paraId="4CD8566E" w14:textId="77777777">
        <w:tc>
          <w:tcPr>
            <w:tcW w:w="5270" w:type="dxa"/>
            <w:vAlign w:val="center"/>
          </w:tcPr>
          <w:p w14:paraId="4C4B5787" w14:textId="77777777" w:rsidR="00C474E6" w:rsidRDefault="004D695D">
            <w:r>
              <w:rPr>
                <w:b/>
              </w:rPr>
              <w:t>Nama Petugas</w:t>
            </w:r>
          </w:p>
        </w:tc>
        <w:tc>
          <w:tcPr>
            <w:tcW w:w="5270" w:type="dxa"/>
            <w:vAlign w:val="center"/>
          </w:tcPr>
          <w:p w14:paraId="0169A47F" w14:textId="77777777" w:rsidR="00C474E6" w:rsidRDefault="00C474E6"/>
        </w:tc>
      </w:tr>
      <w:tr w:rsidR="00C474E6" w14:paraId="7CD8C054" w14:textId="77777777">
        <w:tc>
          <w:tcPr>
            <w:tcW w:w="5270" w:type="dxa"/>
            <w:vAlign w:val="center"/>
          </w:tcPr>
          <w:p w14:paraId="22789FF1" w14:textId="77777777" w:rsidR="00C474E6" w:rsidRDefault="004D695D">
            <w:r>
              <w:rPr>
                <w:b/>
              </w:rPr>
              <w:t>Tindak Lanjut</w:t>
            </w:r>
          </w:p>
        </w:tc>
        <w:tc>
          <w:tcPr>
            <w:tcW w:w="5270" w:type="dxa"/>
            <w:vAlign w:val="center"/>
          </w:tcPr>
          <w:p w14:paraId="089CA7A9" w14:textId="77777777" w:rsidR="00C474E6" w:rsidRDefault="004D695D">
            <w:r>
              <w:t>☐ Diproses   ☐ Diteruskan kepada pihak terkait   ☐ Selesai</w:t>
            </w:r>
          </w:p>
        </w:tc>
      </w:tr>
    </w:tbl>
    <w:p w14:paraId="3DB706DD" w14:textId="0F0B7540" w:rsidR="00C474E6" w:rsidRDefault="00C474E6" w:rsidP="00B63DA3"/>
    <w:sectPr w:rsidR="00C474E6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D695D"/>
    <w:rsid w:val="00986F41"/>
    <w:rsid w:val="00AA1D8D"/>
    <w:rsid w:val="00AE0184"/>
    <w:rsid w:val="00B47730"/>
    <w:rsid w:val="00B63DA3"/>
    <w:rsid w:val="00C474E6"/>
    <w:rsid w:val="00CB0664"/>
    <w:rsid w:val="00CB7E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A24C33"/>
  <w14:defaultImageDpi w14:val="300"/>
  <w15:docId w15:val="{0CDC23EC-7A17-4CAE-94E0-6205F0F8F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223D69-F6A0-469C-B01B-17EF1639B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3</cp:revision>
  <dcterms:created xsi:type="dcterms:W3CDTF">2026-08-21T00:55:00Z</dcterms:created>
  <dcterms:modified xsi:type="dcterms:W3CDTF">2026-08-21T01:04:00Z</dcterms:modified>
  <cp:category/>
</cp:coreProperties>
</file>